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2409"/>
        <w:gridCol w:w="2409"/>
        <w:gridCol w:w="3212"/>
      </w:tblGrid>
      <w:tr w:rsidR="00AC02FD" w14:paraId="2646A988" w14:textId="77777777" w:rsidTr="00D145C9">
        <w:trPr>
          <w:cantSplit/>
          <w:trHeight w:val="510"/>
        </w:trPr>
        <w:tc>
          <w:tcPr>
            <w:tcW w:w="1606" w:type="dxa"/>
            <w:vMerge w:val="restart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0F0F0"/>
            <w:vAlign w:val="center"/>
            <w:hideMark/>
          </w:tcPr>
          <w:p w14:paraId="0AE744F8" w14:textId="77777777" w:rsidR="00AC02FD" w:rsidRDefault="00AC02FD" w:rsidP="00D145C9">
            <w:pPr>
              <w:keepNext/>
              <w:jc w:val="center"/>
            </w:pPr>
            <w:r>
              <w:rPr>
                <w:noProof/>
              </w:rPr>
              <w:drawing>
                <wp:inline distT="0" distB="0" distL="0" distR="0" wp14:anchorId="77927C92" wp14:editId="49C1D603">
                  <wp:extent cx="885825" cy="89535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30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0F0F0"/>
            <w:vAlign w:val="center"/>
            <w:hideMark/>
          </w:tcPr>
          <w:p w14:paraId="654D8488" w14:textId="77777777" w:rsidR="00AC02FD" w:rsidRDefault="00AC02FD" w:rsidP="00D145C9">
            <w:pPr>
              <w:keepNext/>
            </w:pPr>
            <w:r>
              <w:rPr>
                <w:b/>
                <w:color w:val="0D5F78"/>
              </w:rPr>
              <w:t>Județul</w:t>
            </w:r>
          </w:p>
          <w:p w14:paraId="69E23636" w14:textId="77777777" w:rsidR="00AC02FD" w:rsidRDefault="00AC02FD" w:rsidP="00D145C9">
            <w:pPr>
              <w:keepNext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</w:rPr>
              <w:t>BACĂU</w:t>
            </w:r>
          </w:p>
        </w:tc>
      </w:tr>
      <w:tr w:rsidR="00AC02FD" w14:paraId="676F247F" w14:textId="77777777" w:rsidTr="00D145C9">
        <w:trPr>
          <w:cantSplit/>
          <w:trHeight w:val="510"/>
        </w:trPr>
        <w:tc>
          <w:tcPr>
            <w:tcW w:w="9636" w:type="dxa"/>
            <w:vMerge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0F0F0"/>
            <w:vAlign w:val="center"/>
            <w:hideMark/>
          </w:tcPr>
          <w:p w14:paraId="7FE2A02B" w14:textId="77777777" w:rsidR="00AC02FD" w:rsidRDefault="00AC02FD" w:rsidP="00D145C9"/>
        </w:tc>
        <w:tc>
          <w:tcPr>
            <w:tcW w:w="8030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0F0F0"/>
            <w:vAlign w:val="center"/>
            <w:hideMark/>
          </w:tcPr>
          <w:p w14:paraId="342782B0" w14:textId="77777777" w:rsidR="00AC02FD" w:rsidRDefault="00AC02FD" w:rsidP="00D145C9">
            <w:pPr>
              <w:keepNext/>
            </w:pPr>
            <w:r>
              <w:rPr>
                <w:b/>
                <w:color w:val="0D5F78"/>
              </w:rPr>
              <w:t>Autoritatea administrației publice</w:t>
            </w:r>
          </w:p>
          <w:p w14:paraId="6ACD7785" w14:textId="77777777" w:rsidR="00AC02FD" w:rsidRDefault="00AC02FD" w:rsidP="00D145C9">
            <w:pPr>
              <w:keepNext/>
              <w:spacing w:before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CONSILIUL JUDEȚEAN BACĂU</w:t>
            </w:r>
          </w:p>
        </w:tc>
      </w:tr>
      <w:tr w:rsidR="00AC02FD" w14:paraId="6F14DBF5" w14:textId="77777777" w:rsidTr="00D145C9">
        <w:trPr>
          <w:cantSplit/>
          <w:trHeight w:val="510"/>
        </w:trPr>
        <w:tc>
          <w:tcPr>
            <w:tcW w:w="9636" w:type="dxa"/>
            <w:vMerge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0F0F0"/>
            <w:vAlign w:val="center"/>
            <w:hideMark/>
          </w:tcPr>
          <w:p w14:paraId="2DD80DA8" w14:textId="77777777" w:rsidR="00AC02FD" w:rsidRDefault="00AC02FD" w:rsidP="00D145C9"/>
        </w:tc>
        <w:tc>
          <w:tcPr>
            <w:tcW w:w="2409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0F0F0"/>
            <w:hideMark/>
          </w:tcPr>
          <w:p w14:paraId="5490A0A0" w14:textId="77777777" w:rsidR="00AC02FD" w:rsidRDefault="00AC02FD" w:rsidP="00D145C9">
            <w:pPr>
              <w:keepNext/>
              <w:rPr>
                <w:lang w:val="fr-FR"/>
              </w:rPr>
            </w:pPr>
            <w:r>
              <w:rPr>
                <w:b/>
                <w:color w:val="0D5F78"/>
                <w:lang w:val="fr-FR"/>
              </w:rPr>
              <w:t>Cod de identificare fiscală (CIF)</w:t>
            </w:r>
          </w:p>
          <w:p w14:paraId="4B6EF59D" w14:textId="77777777" w:rsidR="00AC02FD" w:rsidRDefault="00AC02FD" w:rsidP="00D145C9">
            <w:pPr>
              <w:keepNext/>
              <w:rPr>
                <w:sz w:val="18"/>
                <w:szCs w:val="18"/>
                <w:lang w:val="fr-FR"/>
              </w:rPr>
            </w:pPr>
            <w:r>
              <w:rPr>
                <w:sz w:val="18"/>
                <w:szCs w:val="18"/>
                <w:lang w:val="fr-FR"/>
              </w:rPr>
              <w:t>5057580</w:t>
            </w:r>
          </w:p>
        </w:tc>
        <w:tc>
          <w:tcPr>
            <w:tcW w:w="5621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0F0F0"/>
            <w:hideMark/>
          </w:tcPr>
          <w:p w14:paraId="7AD1598E" w14:textId="77777777" w:rsidR="00AC02FD" w:rsidRDefault="00AC02FD" w:rsidP="00D145C9">
            <w:pPr>
              <w:keepNext/>
            </w:pPr>
            <w:r>
              <w:rPr>
                <w:b/>
                <w:color w:val="0D5F78"/>
              </w:rPr>
              <w:t>Adresa oficială</w:t>
            </w:r>
          </w:p>
          <w:p w14:paraId="4C658E67" w14:textId="77777777" w:rsidR="00AC02FD" w:rsidRDefault="00AC02FD" w:rsidP="00D145C9">
            <w:pPr>
              <w:keepNext/>
              <w:rPr>
                <w:sz w:val="18"/>
                <w:szCs w:val="18"/>
              </w:rPr>
            </w:pPr>
            <w:r>
              <w:rPr>
                <w:i/>
                <w:color w:val="000000" w:themeColor="text1"/>
                <w:sz w:val="18"/>
                <w:szCs w:val="18"/>
              </w:rPr>
              <w:t xml:space="preserve">Bacău, Calea Mărășești nr. 2; 0234-537.200, </w:t>
            </w:r>
            <w:hyperlink r:id="rId9" w:history="1">
              <w:r>
                <w:rPr>
                  <w:i/>
                  <w:sz w:val="18"/>
                  <w:szCs w:val="18"/>
                </w:rPr>
                <w:t>csjbacau@csjbacau.ro</w:t>
              </w:r>
            </w:hyperlink>
            <w:r>
              <w:rPr>
                <w:i/>
                <w:color w:val="7A7A7A"/>
                <w:sz w:val="18"/>
                <w:szCs w:val="18"/>
              </w:rPr>
              <w:t xml:space="preserve"> </w:t>
            </w:r>
          </w:p>
        </w:tc>
      </w:tr>
      <w:tr w:rsidR="00AC02FD" w14:paraId="753D1DA1" w14:textId="77777777" w:rsidTr="00D145C9">
        <w:trPr>
          <w:cantSplit/>
          <w:trHeight w:val="510"/>
        </w:trPr>
        <w:tc>
          <w:tcPr>
            <w:tcW w:w="9636" w:type="dxa"/>
            <w:vMerge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0F0F0"/>
            <w:vAlign w:val="center"/>
            <w:hideMark/>
          </w:tcPr>
          <w:p w14:paraId="0E473E58" w14:textId="77777777" w:rsidR="00AC02FD" w:rsidRDefault="00AC02FD" w:rsidP="00D145C9"/>
        </w:tc>
        <w:tc>
          <w:tcPr>
            <w:tcW w:w="4818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0F0F0"/>
          </w:tcPr>
          <w:p w14:paraId="5E2F5EA7" w14:textId="77777777" w:rsidR="00AC02FD" w:rsidRDefault="00AC02FD" w:rsidP="00D145C9">
            <w:pPr>
              <w:keepNext/>
            </w:pPr>
            <w:r>
              <w:rPr>
                <w:b/>
                <w:color w:val="0D5F78"/>
              </w:rPr>
              <w:t>Număr de înregistrare</w:t>
            </w:r>
          </w:p>
          <w:p w14:paraId="5A4F1EB5" w14:textId="77777777" w:rsidR="00AC02FD" w:rsidRDefault="00AC02FD" w:rsidP="00D145C9">
            <w:pPr>
              <w:keepNext/>
            </w:pPr>
          </w:p>
        </w:tc>
        <w:tc>
          <w:tcPr>
            <w:tcW w:w="3212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0F0F0"/>
          </w:tcPr>
          <w:p w14:paraId="2859F121" w14:textId="77777777" w:rsidR="00AC02FD" w:rsidRDefault="00AC02FD" w:rsidP="00D145C9">
            <w:pPr>
              <w:keepNext/>
            </w:pPr>
            <w:r>
              <w:rPr>
                <w:b/>
                <w:color w:val="0D5F78"/>
              </w:rPr>
              <w:t>Data</w:t>
            </w:r>
          </w:p>
          <w:p w14:paraId="1D843DA1" w14:textId="77777777" w:rsidR="00AC02FD" w:rsidRDefault="00AC02FD" w:rsidP="00D145C9">
            <w:pPr>
              <w:keepNext/>
            </w:pPr>
          </w:p>
        </w:tc>
      </w:tr>
      <w:tr w:rsidR="00AC02FD" w14:paraId="48AEDE49" w14:textId="77777777" w:rsidTr="00D145C9">
        <w:trPr>
          <w:cantSplit/>
        </w:trPr>
        <w:tc>
          <w:tcPr>
            <w:tcW w:w="9636" w:type="dxa"/>
            <w:gridSpan w:val="4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0F0F0"/>
            <w:hideMark/>
          </w:tcPr>
          <w:p w14:paraId="44A6A904" w14:textId="77777777" w:rsidR="00AC02FD" w:rsidRDefault="00AC02FD" w:rsidP="00D145C9">
            <w:pPr>
              <w:rPr>
                <w:lang w:val="fr-FR"/>
              </w:rPr>
            </w:pPr>
            <w:r>
              <w:rPr>
                <w:i/>
                <w:color w:val="595959"/>
                <w:lang w:val="fr-FR"/>
              </w:rPr>
              <w:t xml:space="preserve"> se completează de autoritate — solicitantul nu scrie în această zonă</w:t>
            </w:r>
          </w:p>
        </w:tc>
      </w:tr>
    </w:tbl>
    <w:p w14:paraId="58FEB982" w14:textId="13E19F46" w:rsidR="00AD35FD" w:rsidRPr="005E6036" w:rsidRDefault="003E1F48" w:rsidP="007050CD">
      <w:pPr>
        <w:spacing w:before="140" w:after="40"/>
        <w:jc w:val="center"/>
        <w:rPr>
          <w:sz w:val="28"/>
          <w:szCs w:val="28"/>
        </w:rPr>
      </w:pPr>
      <w:bookmarkStart w:id="0" w:name="_GoBack"/>
      <w:bookmarkEnd w:id="0"/>
      <w:r w:rsidRPr="005E6036">
        <w:rPr>
          <w:b/>
          <w:sz w:val="28"/>
          <w:szCs w:val="28"/>
        </w:rPr>
        <w:t>ÎNȘTIINȚARE</w:t>
      </w:r>
    </w:p>
    <w:p w14:paraId="3F1F960E" w14:textId="77777777" w:rsidR="00AD35FD" w:rsidRDefault="003E1F48">
      <w:pPr>
        <w:spacing w:after="120"/>
        <w:jc w:val="center"/>
      </w:pPr>
      <w:r>
        <w:rPr>
          <w:sz w:val="19"/>
        </w:rPr>
        <w:t>privind încheierea execuției lucrărilor</w:t>
      </w:r>
    </w:p>
    <w:p w14:paraId="39CC6B28" w14:textId="77777777" w:rsidR="00AD35FD" w:rsidRDefault="00AD35FD">
      <w:pPr>
        <w:spacing w:after="60"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AD35FD" w14:paraId="5D5D5660" w14:textId="77777777">
        <w:trPr>
          <w:cantSplit/>
        </w:trPr>
        <w:tc>
          <w:tcPr>
            <w:tcW w:w="9636" w:type="dxa"/>
            <w:shd w:val="clear" w:color="auto" w:fill="F4F4F4"/>
          </w:tcPr>
          <w:p w14:paraId="7237AFBA" w14:textId="77777777" w:rsidR="00AD35FD" w:rsidRDefault="003E1F48">
            <w:pPr>
              <w:keepNext/>
            </w:pPr>
            <w:r>
              <w:rPr>
                <w:b/>
                <w:sz w:val="16"/>
              </w:rPr>
              <w:t xml:space="preserve"> 1. </w:t>
            </w:r>
            <w:r>
              <w:rPr>
                <w:b/>
                <w:color w:val="000000"/>
                <w:sz w:val="18"/>
              </w:rPr>
              <w:t>CĂTRE</w:t>
            </w:r>
          </w:p>
        </w:tc>
      </w:tr>
      <w:tr w:rsidR="00AD35FD" w:rsidRPr="007050CD" w14:paraId="6E6DD37F" w14:textId="77777777" w:rsidTr="00FB1B94">
        <w:trPr>
          <w:cantSplit/>
          <w:trHeight w:val="510"/>
        </w:trPr>
        <w:tc>
          <w:tcPr>
            <w:tcW w:w="9636" w:type="dxa"/>
          </w:tcPr>
          <w:p w14:paraId="29E26C9F" w14:textId="3374BCA3" w:rsidR="00AC02FD" w:rsidRPr="00AC02FD" w:rsidRDefault="00AC02FD" w:rsidP="00FB1B94">
            <w:pPr>
              <w:keepNext/>
              <w:spacing w:before="40"/>
              <w:rPr>
                <w:color w:val="000000" w:themeColor="text1"/>
                <w:sz w:val="22"/>
                <w:lang w:val="fr-FR"/>
              </w:rPr>
            </w:pPr>
            <w:r w:rsidRPr="00310E6F">
              <w:rPr>
                <w:color w:val="000000" w:themeColor="text1"/>
                <w:sz w:val="22"/>
                <w:lang w:val="fr-FR"/>
              </w:rPr>
              <w:t xml:space="preserve">Președintele </w:t>
            </w:r>
            <w:r w:rsidRPr="00310E6F">
              <w:rPr>
                <w:sz w:val="22"/>
              </w:rPr>
              <w:t>Consiliului</w:t>
            </w:r>
            <w:r w:rsidRPr="00310E6F">
              <w:rPr>
                <w:color w:val="000000" w:themeColor="text1"/>
                <w:sz w:val="22"/>
                <w:lang w:val="fr-FR"/>
              </w:rPr>
              <w:t xml:space="preserve"> Județean Bacău</w:t>
            </w:r>
          </w:p>
        </w:tc>
      </w:tr>
      <w:tr w:rsidR="00AD35FD" w:rsidRPr="007050CD" w14:paraId="6859A31D" w14:textId="77777777">
        <w:trPr>
          <w:cantSplit/>
        </w:trPr>
        <w:tc>
          <w:tcPr>
            <w:tcW w:w="9636" w:type="dxa"/>
            <w:shd w:val="clear" w:color="auto" w:fill="F4F4F4"/>
          </w:tcPr>
          <w:p w14:paraId="065790C6" w14:textId="169ECA0F" w:rsidR="00AD35FD" w:rsidRPr="005E6036" w:rsidRDefault="003E1F48">
            <w:pPr>
              <w:spacing w:line="228" w:lineRule="auto"/>
            </w:pPr>
            <w:r w:rsidRPr="005E6036">
              <w:t>Cererea va fi</w:t>
            </w:r>
            <w:r w:rsidR="007050CD" w:rsidRPr="005E6036">
              <w:t xml:space="preserve"> adresată</w:t>
            </w:r>
            <w:r w:rsidRPr="005E6036">
              <w:t xml:space="preserve"> către președintele consiliului județean, primarul general, primarul de sector sau primarul municipiului / orașului / comunei, după caz.</w:t>
            </w:r>
          </w:p>
        </w:tc>
      </w:tr>
    </w:tbl>
    <w:p w14:paraId="51D38FA9" w14:textId="77777777" w:rsidR="00AD35FD" w:rsidRPr="005E6036" w:rsidRDefault="00AD35FD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803"/>
        <w:gridCol w:w="803"/>
        <w:gridCol w:w="803"/>
        <w:gridCol w:w="803"/>
        <w:gridCol w:w="1606"/>
        <w:gridCol w:w="1606"/>
      </w:tblGrid>
      <w:tr w:rsidR="00AD35FD" w14:paraId="46CB8761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3C3B3776" w14:textId="77777777" w:rsidR="00AD35FD" w:rsidRDefault="003E1F48">
            <w:pPr>
              <w:keepNext/>
            </w:pPr>
            <w:r w:rsidRPr="005E6036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2. </w:t>
            </w:r>
            <w:r>
              <w:rPr>
                <w:b/>
                <w:color w:val="000000"/>
                <w:sz w:val="18"/>
              </w:rPr>
              <w:t>SOLICITANTUL</w:t>
            </w:r>
          </w:p>
        </w:tc>
      </w:tr>
      <w:tr w:rsidR="00AD35FD" w14:paraId="32169DFD" w14:textId="77777777">
        <w:trPr>
          <w:cantSplit/>
          <w:trHeight w:val="510"/>
        </w:trPr>
        <w:tc>
          <w:tcPr>
            <w:tcW w:w="5621" w:type="dxa"/>
            <w:gridSpan w:val="5"/>
          </w:tcPr>
          <w:p w14:paraId="09156218" w14:textId="77777777" w:rsidR="00AD35FD" w:rsidRDefault="003E1F48">
            <w:pPr>
              <w:keepNext/>
            </w:pPr>
            <w:r>
              <w:rPr>
                <w:b/>
                <w:color w:val="0D5F78"/>
              </w:rPr>
              <w:t>Nume și prenume</w:t>
            </w:r>
          </w:p>
          <w:p w14:paraId="1460DBA2" w14:textId="77777777" w:rsidR="00AD35FD" w:rsidRDefault="00AD35FD">
            <w:pPr>
              <w:keepNext/>
            </w:pPr>
          </w:p>
        </w:tc>
        <w:tc>
          <w:tcPr>
            <w:tcW w:w="4015" w:type="dxa"/>
            <w:gridSpan w:val="3"/>
          </w:tcPr>
          <w:p w14:paraId="62D69012" w14:textId="77777777" w:rsidR="00AD35FD" w:rsidRDefault="003E1F48">
            <w:pPr>
              <w:keepNext/>
            </w:pPr>
            <w:r>
              <w:rPr>
                <w:b/>
                <w:color w:val="0D5F78"/>
              </w:rPr>
              <w:t>CNP</w:t>
            </w:r>
          </w:p>
          <w:p w14:paraId="5C61E18C" w14:textId="77777777" w:rsidR="00AD35FD" w:rsidRDefault="00AD35FD">
            <w:pPr>
              <w:keepNext/>
            </w:pPr>
          </w:p>
        </w:tc>
      </w:tr>
      <w:tr w:rsidR="00AD35FD" w14:paraId="2BC6EF7D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28B7BC7E" w14:textId="77777777" w:rsidR="00AD35FD" w:rsidRDefault="003E1F48">
            <w:pPr>
              <w:keepNext/>
            </w:pPr>
            <w:r>
              <w:rPr>
                <w:sz w:val="16"/>
              </w:rPr>
              <w:t xml:space="preserve"> Act de identitate</w:t>
            </w:r>
          </w:p>
        </w:tc>
      </w:tr>
      <w:tr w:rsidR="00AD35FD" w14:paraId="1EDA1342" w14:textId="77777777">
        <w:trPr>
          <w:cantSplit/>
          <w:trHeight w:val="510"/>
        </w:trPr>
        <w:tc>
          <w:tcPr>
            <w:tcW w:w="1606" w:type="dxa"/>
          </w:tcPr>
          <w:p w14:paraId="09DE4D5B" w14:textId="77777777" w:rsidR="00AD35FD" w:rsidRDefault="003E1F48">
            <w:pPr>
              <w:keepNext/>
            </w:pPr>
            <w:r>
              <w:rPr>
                <w:b/>
                <w:color w:val="0D5F78"/>
              </w:rPr>
              <w:t>Seria</w:t>
            </w:r>
          </w:p>
          <w:p w14:paraId="304A3F5A" w14:textId="77777777" w:rsidR="00AD35FD" w:rsidRDefault="00AD35FD">
            <w:pPr>
              <w:keepNext/>
            </w:pPr>
          </w:p>
        </w:tc>
        <w:tc>
          <w:tcPr>
            <w:tcW w:w="1606" w:type="dxa"/>
          </w:tcPr>
          <w:p w14:paraId="2B6D2861" w14:textId="77777777" w:rsidR="00AD35FD" w:rsidRDefault="003E1F48">
            <w:pPr>
              <w:keepNext/>
            </w:pPr>
            <w:r>
              <w:rPr>
                <w:b/>
                <w:color w:val="0D5F78"/>
              </w:rPr>
              <w:t>Numărul</w:t>
            </w:r>
          </w:p>
          <w:p w14:paraId="15B2CC0F" w14:textId="77777777" w:rsidR="00AD35FD" w:rsidRDefault="00AD35FD">
            <w:pPr>
              <w:keepNext/>
            </w:pPr>
          </w:p>
        </w:tc>
        <w:tc>
          <w:tcPr>
            <w:tcW w:w="4818" w:type="dxa"/>
            <w:gridSpan w:val="5"/>
          </w:tcPr>
          <w:p w14:paraId="074B257B" w14:textId="77777777" w:rsidR="00AD35FD" w:rsidRDefault="003E1F48">
            <w:pPr>
              <w:keepNext/>
            </w:pPr>
            <w:r>
              <w:rPr>
                <w:b/>
                <w:color w:val="0D5F78"/>
              </w:rPr>
              <w:t>Eliberat de</w:t>
            </w:r>
          </w:p>
          <w:p w14:paraId="68E9A4D7" w14:textId="77777777" w:rsidR="00AD35FD" w:rsidRDefault="00AD35FD">
            <w:pPr>
              <w:keepNext/>
            </w:pPr>
          </w:p>
        </w:tc>
        <w:tc>
          <w:tcPr>
            <w:tcW w:w="1606" w:type="dxa"/>
          </w:tcPr>
          <w:p w14:paraId="6665BF0B" w14:textId="77777777" w:rsidR="00AD35FD" w:rsidRDefault="003E1F48">
            <w:pPr>
              <w:keepNext/>
            </w:pPr>
            <w:r>
              <w:rPr>
                <w:b/>
                <w:color w:val="0D5F78"/>
              </w:rPr>
              <w:t>La data</w:t>
            </w:r>
          </w:p>
          <w:p w14:paraId="685EFB42" w14:textId="77777777" w:rsidR="00AD35FD" w:rsidRDefault="00AD35FD">
            <w:pPr>
              <w:keepNext/>
            </w:pPr>
          </w:p>
        </w:tc>
      </w:tr>
      <w:tr w:rsidR="00AD35FD" w14:paraId="32CEFBE2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2F217D41" w14:textId="77777777" w:rsidR="00AD35FD" w:rsidRDefault="003E1F48">
            <w:pPr>
              <w:keepNext/>
            </w:pPr>
            <w:r>
              <w:rPr>
                <w:sz w:val="16"/>
              </w:rPr>
              <w:t xml:space="preserve"> Domiciliul</w:t>
            </w:r>
          </w:p>
        </w:tc>
      </w:tr>
      <w:tr w:rsidR="00AD35FD" w14:paraId="5155AE8F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49A1DBB3" w14:textId="77777777" w:rsidR="00AD35FD" w:rsidRDefault="003E1F48">
            <w:pPr>
              <w:keepNext/>
            </w:pPr>
            <w:r>
              <w:rPr>
                <w:b/>
                <w:color w:val="0D5F78"/>
              </w:rPr>
              <w:t>Județul</w:t>
            </w:r>
          </w:p>
          <w:p w14:paraId="6176509F" w14:textId="77777777" w:rsidR="00AD35FD" w:rsidRDefault="00AD35FD">
            <w:pPr>
              <w:keepNext/>
            </w:pPr>
          </w:p>
        </w:tc>
        <w:tc>
          <w:tcPr>
            <w:tcW w:w="3212" w:type="dxa"/>
            <w:gridSpan w:val="4"/>
          </w:tcPr>
          <w:p w14:paraId="12FFC180" w14:textId="77777777" w:rsidR="00AD35FD" w:rsidRDefault="003E1F48">
            <w:pPr>
              <w:keepNext/>
            </w:pPr>
            <w:r>
              <w:rPr>
                <w:b/>
                <w:color w:val="0D5F78"/>
              </w:rPr>
              <w:t>Municipiul / orașul / comuna</w:t>
            </w:r>
          </w:p>
          <w:p w14:paraId="78AF07E4" w14:textId="77777777" w:rsidR="00AD35FD" w:rsidRDefault="00AD35FD">
            <w:pPr>
              <w:keepNext/>
            </w:pPr>
          </w:p>
        </w:tc>
        <w:tc>
          <w:tcPr>
            <w:tcW w:w="3212" w:type="dxa"/>
            <w:gridSpan w:val="2"/>
          </w:tcPr>
          <w:p w14:paraId="6DCE9F1A" w14:textId="77777777" w:rsidR="00AD35FD" w:rsidRDefault="003E1F48">
            <w:pPr>
              <w:keepNext/>
            </w:pPr>
            <w:r>
              <w:rPr>
                <w:b/>
                <w:color w:val="0D5F78"/>
              </w:rPr>
              <w:t>Satul / sectorul</w:t>
            </w:r>
          </w:p>
          <w:p w14:paraId="2ABA8A3A" w14:textId="77777777" w:rsidR="00AD35FD" w:rsidRDefault="00AD35FD">
            <w:pPr>
              <w:keepNext/>
            </w:pPr>
          </w:p>
        </w:tc>
      </w:tr>
      <w:tr w:rsidR="00AD35FD" w14:paraId="40628C12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5F167578" w14:textId="77777777" w:rsidR="00AD35FD" w:rsidRDefault="003E1F48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7BA56E68" w14:textId="77777777" w:rsidR="00AD35FD" w:rsidRDefault="00AD35FD">
            <w:pPr>
              <w:keepNext/>
            </w:pPr>
          </w:p>
        </w:tc>
        <w:tc>
          <w:tcPr>
            <w:tcW w:w="803" w:type="dxa"/>
          </w:tcPr>
          <w:p w14:paraId="1489889D" w14:textId="77777777" w:rsidR="00AD35FD" w:rsidRDefault="003E1F48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7B4ABA2F" w14:textId="77777777" w:rsidR="00AD35FD" w:rsidRDefault="00AD35FD">
            <w:pPr>
              <w:keepNext/>
            </w:pPr>
          </w:p>
        </w:tc>
        <w:tc>
          <w:tcPr>
            <w:tcW w:w="803" w:type="dxa"/>
          </w:tcPr>
          <w:p w14:paraId="7CD5A464" w14:textId="77777777" w:rsidR="00AD35FD" w:rsidRDefault="003E1F48">
            <w:pPr>
              <w:keepNext/>
            </w:pPr>
            <w:r>
              <w:rPr>
                <w:b/>
                <w:color w:val="0D5F78"/>
              </w:rPr>
              <w:t>Sc.</w:t>
            </w:r>
          </w:p>
          <w:p w14:paraId="2B109255" w14:textId="77777777" w:rsidR="00AD35FD" w:rsidRDefault="00AD35FD">
            <w:pPr>
              <w:keepNext/>
            </w:pPr>
          </w:p>
        </w:tc>
        <w:tc>
          <w:tcPr>
            <w:tcW w:w="803" w:type="dxa"/>
          </w:tcPr>
          <w:p w14:paraId="35CA800D" w14:textId="77777777" w:rsidR="00AD35FD" w:rsidRDefault="003E1F48">
            <w:pPr>
              <w:keepNext/>
            </w:pPr>
            <w:r>
              <w:rPr>
                <w:b/>
                <w:color w:val="0D5F78"/>
              </w:rPr>
              <w:t>Et.</w:t>
            </w:r>
          </w:p>
          <w:p w14:paraId="349F3CE7" w14:textId="77777777" w:rsidR="00AD35FD" w:rsidRDefault="00AD35FD">
            <w:pPr>
              <w:keepNext/>
            </w:pPr>
          </w:p>
        </w:tc>
        <w:tc>
          <w:tcPr>
            <w:tcW w:w="803" w:type="dxa"/>
          </w:tcPr>
          <w:p w14:paraId="5BF03D03" w14:textId="77777777" w:rsidR="00AD35FD" w:rsidRDefault="003E1F48">
            <w:pPr>
              <w:keepNext/>
            </w:pPr>
            <w:r>
              <w:rPr>
                <w:b/>
                <w:color w:val="0D5F78"/>
              </w:rPr>
              <w:t>Ap.</w:t>
            </w:r>
          </w:p>
          <w:p w14:paraId="2A6186CA" w14:textId="77777777" w:rsidR="00AD35FD" w:rsidRDefault="00AD35FD">
            <w:pPr>
              <w:keepNext/>
            </w:pPr>
          </w:p>
        </w:tc>
        <w:tc>
          <w:tcPr>
            <w:tcW w:w="1606" w:type="dxa"/>
          </w:tcPr>
          <w:p w14:paraId="7A7CC008" w14:textId="77777777" w:rsidR="00AD35FD" w:rsidRDefault="003E1F48">
            <w:pPr>
              <w:keepNext/>
            </w:pPr>
            <w:r>
              <w:rPr>
                <w:b/>
                <w:color w:val="0D5F78"/>
              </w:rPr>
              <w:t>Cod poștal</w:t>
            </w:r>
          </w:p>
          <w:p w14:paraId="1EDFEC25" w14:textId="77777777" w:rsidR="00AD35FD" w:rsidRDefault="00AD35FD">
            <w:pPr>
              <w:keepNext/>
            </w:pPr>
          </w:p>
        </w:tc>
        <w:tc>
          <w:tcPr>
            <w:tcW w:w="1606" w:type="dxa"/>
          </w:tcPr>
          <w:p w14:paraId="0F72F706" w14:textId="77777777" w:rsidR="00AD35FD" w:rsidRDefault="003E1F48">
            <w:pPr>
              <w:keepNext/>
            </w:pPr>
            <w:r>
              <w:rPr>
                <w:b/>
                <w:color w:val="0D5F78"/>
              </w:rPr>
              <w:t>Țara</w:t>
            </w:r>
          </w:p>
          <w:p w14:paraId="487B61C5" w14:textId="77777777" w:rsidR="00AD35FD" w:rsidRDefault="00AD35FD">
            <w:pPr>
              <w:keepNext/>
            </w:pPr>
          </w:p>
        </w:tc>
      </w:tr>
      <w:tr w:rsidR="00AD35FD" w14:paraId="025BF65F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1FA46FA6" w14:textId="77777777" w:rsidR="00AD35FD" w:rsidRDefault="003E1F48">
            <w:pPr>
              <w:keepNext/>
            </w:pPr>
            <w:r>
              <w:rPr>
                <w:sz w:val="16"/>
              </w:rPr>
              <w:t xml:space="preserve"> Date de contact</w:t>
            </w:r>
          </w:p>
        </w:tc>
      </w:tr>
      <w:tr w:rsidR="00AD35FD" w14:paraId="3F62D549" w14:textId="77777777">
        <w:trPr>
          <w:cantSplit/>
          <w:trHeight w:val="510"/>
        </w:trPr>
        <w:tc>
          <w:tcPr>
            <w:tcW w:w="4015" w:type="dxa"/>
            <w:gridSpan w:val="3"/>
          </w:tcPr>
          <w:p w14:paraId="1D073D6E" w14:textId="77777777" w:rsidR="00AD35FD" w:rsidRDefault="003E1F48">
            <w:r>
              <w:rPr>
                <w:b/>
                <w:color w:val="0D5F78"/>
              </w:rPr>
              <w:t>Telefon / fax</w:t>
            </w:r>
          </w:p>
          <w:p w14:paraId="39CC712B" w14:textId="77777777" w:rsidR="00AD35FD" w:rsidRDefault="00AD35FD"/>
        </w:tc>
        <w:tc>
          <w:tcPr>
            <w:tcW w:w="5621" w:type="dxa"/>
            <w:gridSpan w:val="5"/>
          </w:tcPr>
          <w:p w14:paraId="731E3EAF" w14:textId="77777777" w:rsidR="00AD35FD" w:rsidRDefault="003E1F48">
            <w:r>
              <w:rPr>
                <w:b/>
                <w:color w:val="0D5F78"/>
              </w:rPr>
              <w:t>E-mail</w:t>
            </w:r>
          </w:p>
          <w:p w14:paraId="6A57A506" w14:textId="77777777" w:rsidR="00AD35FD" w:rsidRDefault="00AD35FD"/>
        </w:tc>
      </w:tr>
    </w:tbl>
    <w:p w14:paraId="4D9D1FE5" w14:textId="77777777" w:rsidR="00AD35FD" w:rsidRDefault="00AD35FD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2409"/>
        <w:gridCol w:w="5621"/>
      </w:tblGrid>
      <w:tr w:rsidR="00AD35FD" w:rsidRPr="005E6036" w14:paraId="0CCD3AD7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1FDD6DE2" w14:textId="77777777" w:rsidR="00AD35FD" w:rsidRPr="007050CD" w:rsidRDefault="003E1F48">
            <w:pPr>
              <w:keepNext/>
              <w:rPr>
                <w:lang w:val="fr-FR"/>
              </w:rPr>
            </w:pPr>
            <w:r w:rsidRPr="007050CD">
              <w:rPr>
                <w:b/>
                <w:sz w:val="16"/>
                <w:lang w:val="fr-FR"/>
              </w:rPr>
              <w:t xml:space="preserve"> 3. </w:t>
            </w:r>
            <w:r w:rsidRPr="007050CD">
              <w:rPr>
                <w:b/>
                <w:color w:val="000000"/>
                <w:sz w:val="18"/>
                <w:lang w:val="fr-FR"/>
              </w:rPr>
              <w:t>TITULAR AL AUTORIZAȚIEI DE CONSTRUIRE / DESFIINȚARE</w:t>
            </w:r>
          </w:p>
        </w:tc>
      </w:tr>
      <w:tr w:rsidR="00AD35FD" w14:paraId="587E3C10" w14:textId="77777777">
        <w:trPr>
          <w:cantSplit/>
          <w:trHeight w:val="510"/>
        </w:trPr>
        <w:tc>
          <w:tcPr>
            <w:tcW w:w="1606" w:type="dxa"/>
          </w:tcPr>
          <w:p w14:paraId="38570560" w14:textId="77777777" w:rsidR="00AD35FD" w:rsidRDefault="003E1F48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7D760159" w14:textId="77777777" w:rsidR="00AD35FD" w:rsidRDefault="00AD35FD">
            <w:pPr>
              <w:keepNext/>
            </w:pPr>
          </w:p>
        </w:tc>
        <w:tc>
          <w:tcPr>
            <w:tcW w:w="2409" w:type="dxa"/>
          </w:tcPr>
          <w:p w14:paraId="331EAC7E" w14:textId="77777777" w:rsidR="00AD35FD" w:rsidRDefault="003E1F48">
            <w:pPr>
              <w:keepNext/>
            </w:pPr>
            <w:r>
              <w:rPr>
                <w:b/>
                <w:color w:val="0D5F78"/>
              </w:rPr>
              <w:t>Din data</w:t>
            </w:r>
          </w:p>
          <w:p w14:paraId="3ACC2CAC" w14:textId="77777777" w:rsidR="00AD35FD" w:rsidRDefault="00AD35FD">
            <w:pPr>
              <w:keepNext/>
            </w:pPr>
          </w:p>
        </w:tc>
        <w:tc>
          <w:tcPr>
            <w:tcW w:w="5621" w:type="dxa"/>
          </w:tcPr>
          <w:p w14:paraId="45DAA697" w14:textId="77777777" w:rsidR="00AD35FD" w:rsidRDefault="003E1F48">
            <w:pPr>
              <w:keepNext/>
            </w:pPr>
            <w:r>
              <w:rPr>
                <w:b/>
                <w:color w:val="0D5F78"/>
              </w:rPr>
              <w:t>Emisă de</w:t>
            </w:r>
          </w:p>
          <w:p w14:paraId="7035BC1B" w14:textId="77777777" w:rsidR="00AD35FD" w:rsidRDefault="00AD35FD">
            <w:pPr>
              <w:keepNext/>
            </w:pPr>
          </w:p>
        </w:tc>
      </w:tr>
      <w:tr w:rsidR="00AD35FD" w14:paraId="24AC54C1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7DD30D26" w14:textId="77777777" w:rsidR="00AD35FD" w:rsidRDefault="003E1F48">
            <w:pPr>
              <w:keepNext/>
            </w:pPr>
            <w:r>
              <w:rPr>
                <w:sz w:val="16"/>
              </w:rPr>
              <w:t xml:space="preserve"> emisă pentru executarea lucrărilor de construcții privind construirea / desființarea construcțiilor și amenajărilor</w:t>
            </w:r>
          </w:p>
        </w:tc>
      </w:tr>
      <w:tr w:rsidR="00AD35FD" w:rsidRPr="005E6036" w14:paraId="14CEAA34" w14:textId="77777777">
        <w:trPr>
          <w:cantSplit/>
          <w:trHeight w:val="510"/>
        </w:trPr>
        <w:tc>
          <w:tcPr>
            <w:tcW w:w="9636" w:type="dxa"/>
            <w:gridSpan w:val="3"/>
          </w:tcPr>
          <w:p w14:paraId="023C43F6" w14:textId="77777777" w:rsidR="00AD35FD" w:rsidRPr="007050CD" w:rsidRDefault="003E1F48">
            <w:pPr>
              <w:keepNext/>
              <w:rPr>
                <w:lang w:val="fr-FR"/>
              </w:rPr>
            </w:pPr>
            <w:r w:rsidRPr="007050CD">
              <w:rPr>
                <w:b/>
                <w:color w:val="0D5F78"/>
                <w:lang w:val="fr-FR"/>
              </w:rPr>
              <w:t>Denumirea lucrării, capacitatea și categoria de lucrări din autorizație</w:t>
            </w:r>
          </w:p>
          <w:p w14:paraId="5D07F1A8" w14:textId="77777777" w:rsidR="00AD35FD" w:rsidRPr="007050CD" w:rsidRDefault="00AD35FD">
            <w:pPr>
              <w:keepNext/>
              <w:rPr>
                <w:lang w:val="fr-FR"/>
              </w:rPr>
            </w:pPr>
          </w:p>
        </w:tc>
      </w:tr>
      <w:tr w:rsidR="00AD35FD" w14:paraId="0BCFAFD1" w14:textId="77777777">
        <w:trPr>
          <w:cantSplit/>
          <w:trHeight w:val="510"/>
        </w:trPr>
        <w:tc>
          <w:tcPr>
            <w:tcW w:w="9636" w:type="dxa"/>
            <w:gridSpan w:val="3"/>
          </w:tcPr>
          <w:p w14:paraId="57645425" w14:textId="77777777" w:rsidR="00AD35FD" w:rsidRDefault="003E1F48">
            <w:r>
              <w:rPr>
                <w:b/>
                <w:color w:val="0D5F78"/>
              </w:rPr>
              <w:t>în valoare de (lei)</w:t>
            </w:r>
          </w:p>
          <w:p w14:paraId="3EFD05AE" w14:textId="77777777" w:rsidR="00AD35FD" w:rsidRDefault="00AD35FD"/>
        </w:tc>
      </w:tr>
    </w:tbl>
    <w:p w14:paraId="6F25DA33" w14:textId="48CBC554" w:rsidR="00AD35FD" w:rsidRPr="005E6036" w:rsidRDefault="003E1F48" w:rsidP="007050CD">
      <w:pPr>
        <w:spacing w:before="140" w:after="40"/>
        <w:jc w:val="center"/>
        <w:rPr>
          <w:sz w:val="28"/>
          <w:szCs w:val="28"/>
        </w:rPr>
      </w:pPr>
      <w:r w:rsidRPr="005E6036">
        <w:rPr>
          <w:b/>
          <w:sz w:val="28"/>
          <w:szCs w:val="28"/>
        </w:rPr>
        <w:t>ADUC LA CUNOȘTINȚĂ</w:t>
      </w: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2409"/>
        <w:gridCol w:w="1606"/>
        <w:gridCol w:w="5621"/>
      </w:tblGrid>
      <w:tr w:rsidR="00AD35FD" w14:paraId="43F9191F" w14:textId="77777777">
        <w:trPr>
          <w:cantSplit/>
          <w:trHeight w:val="510"/>
        </w:trPr>
        <w:tc>
          <w:tcPr>
            <w:tcW w:w="2409" w:type="dxa"/>
          </w:tcPr>
          <w:p w14:paraId="1A30CAD2" w14:textId="77777777" w:rsidR="00AD35FD" w:rsidRDefault="003E1F48">
            <w:r>
              <w:rPr>
                <w:b/>
                <w:color w:val="0D5F78"/>
              </w:rPr>
              <w:t>Că la data de</w:t>
            </w:r>
          </w:p>
          <w:p w14:paraId="5CE18A2B" w14:textId="77777777" w:rsidR="00AD35FD" w:rsidRDefault="00AD35FD"/>
        </w:tc>
        <w:tc>
          <w:tcPr>
            <w:tcW w:w="1606" w:type="dxa"/>
          </w:tcPr>
          <w:p w14:paraId="537E7015" w14:textId="77777777" w:rsidR="00AD35FD" w:rsidRDefault="003E1F48">
            <w:r>
              <w:rPr>
                <w:b/>
                <w:color w:val="0D5F78"/>
              </w:rPr>
              <w:t>ora</w:t>
            </w:r>
          </w:p>
          <w:p w14:paraId="349EB503" w14:textId="77777777" w:rsidR="00AD35FD" w:rsidRDefault="00AD35FD"/>
        </w:tc>
        <w:tc>
          <w:tcPr>
            <w:tcW w:w="5621" w:type="dxa"/>
          </w:tcPr>
          <w:p w14:paraId="479316B2" w14:textId="77777777" w:rsidR="00AD35FD" w:rsidRPr="007050CD" w:rsidRDefault="003E1F48">
            <w:pPr>
              <w:rPr>
                <w:lang w:val="fr-FR"/>
              </w:rPr>
            </w:pPr>
            <w:r w:rsidRPr="007050CD">
              <w:rPr>
                <w:b/>
                <w:color w:val="0D5F78"/>
                <w:lang w:val="fr-FR"/>
              </w:rPr>
              <w:t>au fost finalizate lucrările de construcții autorizate</w:t>
            </w:r>
          </w:p>
          <w:p w14:paraId="70DA8600" w14:textId="77777777" w:rsidR="00AD35FD" w:rsidRDefault="003E1F48">
            <w:r>
              <w:rPr>
                <w:i/>
                <w:color w:val="7A7A7A"/>
              </w:rPr>
              <w:t>pentru imobilul de mai jos</w:t>
            </w:r>
          </w:p>
          <w:p w14:paraId="0A5397F4" w14:textId="77777777" w:rsidR="00AD35FD" w:rsidRDefault="00AD35FD"/>
        </w:tc>
      </w:tr>
    </w:tbl>
    <w:p w14:paraId="46459DEB" w14:textId="77777777" w:rsidR="00AD35FD" w:rsidRDefault="00AD35FD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2409"/>
        <w:gridCol w:w="803"/>
        <w:gridCol w:w="803"/>
        <w:gridCol w:w="2409"/>
      </w:tblGrid>
      <w:tr w:rsidR="00AD35FD" w14:paraId="503B36F7" w14:textId="77777777">
        <w:trPr>
          <w:cantSplit/>
        </w:trPr>
        <w:tc>
          <w:tcPr>
            <w:tcW w:w="9636" w:type="dxa"/>
            <w:gridSpan w:val="6"/>
            <w:shd w:val="clear" w:color="auto" w:fill="F4F4F4"/>
          </w:tcPr>
          <w:p w14:paraId="77C80A2C" w14:textId="77777777" w:rsidR="00AD35FD" w:rsidRDefault="003E1F48">
            <w:pPr>
              <w:keepNext/>
            </w:pPr>
            <w:r>
              <w:rPr>
                <w:b/>
                <w:sz w:val="16"/>
              </w:rPr>
              <w:t xml:space="preserve"> 4. </w:t>
            </w:r>
            <w:r>
              <w:rPr>
                <w:b/>
                <w:color w:val="000000"/>
                <w:sz w:val="18"/>
              </w:rPr>
              <w:t>IMOBILUL</w:t>
            </w:r>
          </w:p>
        </w:tc>
      </w:tr>
      <w:tr w:rsidR="00AD35FD" w14:paraId="6246E343" w14:textId="77777777">
        <w:trPr>
          <w:cantSplit/>
        </w:trPr>
        <w:tc>
          <w:tcPr>
            <w:tcW w:w="9636" w:type="dxa"/>
            <w:gridSpan w:val="6"/>
          </w:tcPr>
          <w:p w14:paraId="0AB87AAD" w14:textId="77777777" w:rsidR="00AD35FD" w:rsidRDefault="003E1F48">
            <w:pPr>
              <w:keepNext/>
            </w:pPr>
            <w:r>
              <w:rPr>
                <w:sz w:val="16"/>
              </w:rPr>
              <w:t xml:space="preserve"> ☐ teren     ☐ construcții</w:t>
            </w:r>
          </w:p>
        </w:tc>
      </w:tr>
      <w:tr w:rsidR="00AD35FD" w14:paraId="53BDC58A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548965D1" w14:textId="77777777" w:rsidR="00AD35FD" w:rsidRDefault="003E1F48">
            <w:pPr>
              <w:keepNext/>
            </w:pPr>
            <w:r>
              <w:rPr>
                <w:b/>
                <w:color w:val="0D5F78"/>
              </w:rPr>
              <w:t>Județ</w:t>
            </w:r>
          </w:p>
          <w:p w14:paraId="3613F305" w14:textId="77777777" w:rsidR="00AD35FD" w:rsidRDefault="00AD35FD">
            <w:pPr>
              <w:keepNext/>
            </w:pPr>
          </w:p>
        </w:tc>
        <w:tc>
          <w:tcPr>
            <w:tcW w:w="3212" w:type="dxa"/>
            <w:gridSpan w:val="2"/>
          </w:tcPr>
          <w:p w14:paraId="365ED677" w14:textId="77777777" w:rsidR="00AD35FD" w:rsidRDefault="003E1F48">
            <w:pPr>
              <w:keepNext/>
            </w:pPr>
            <w:r>
              <w:rPr>
                <w:b/>
                <w:color w:val="0D5F78"/>
              </w:rPr>
              <w:t>Municipiu / oraș / comună</w:t>
            </w:r>
          </w:p>
          <w:p w14:paraId="6F56704A" w14:textId="77777777" w:rsidR="00AD35FD" w:rsidRDefault="00AD35FD">
            <w:pPr>
              <w:keepNext/>
            </w:pPr>
          </w:p>
        </w:tc>
        <w:tc>
          <w:tcPr>
            <w:tcW w:w="3212" w:type="dxa"/>
            <w:gridSpan w:val="2"/>
          </w:tcPr>
          <w:p w14:paraId="621EB7A6" w14:textId="77777777" w:rsidR="00AD35FD" w:rsidRDefault="003E1F48">
            <w:pPr>
              <w:keepNext/>
            </w:pPr>
            <w:r>
              <w:rPr>
                <w:b/>
                <w:color w:val="0D5F78"/>
              </w:rPr>
              <w:t>Sat / sector</w:t>
            </w:r>
          </w:p>
          <w:p w14:paraId="4F784361" w14:textId="77777777" w:rsidR="00AD35FD" w:rsidRDefault="00AD35FD">
            <w:pPr>
              <w:keepNext/>
            </w:pPr>
          </w:p>
        </w:tc>
      </w:tr>
      <w:tr w:rsidR="00AD35FD" w14:paraId="2BC39562" w14:textId="77777777">
        <w:trPr>
          <w:cantSplit/>
          <w:trHeight w:val="510"/>
        </w:trPr>
        <w:tc>
          <w:tcPr>
            <w:tcW w:w="1606" w:type="dxa"/>
          </w:tcPr>
          <w:p w14:paraId="32502F27" w14:textId="77777777" w:rsidR="00AD35FD" w:rsidRDefault="003E1F48">
            <w:pPr>
              <w:keepNext/>
            </w:pPr>
            <w:r>
              <w:rPr>
                <w:b/>
                <w:color w:val="0D5F78"/>
              </w:rPr>
              <w:t>Cod poștal</w:t>
            </w:r>
          </w:p>
          <w:p w14:paraId="492DB3D9" w14:textId="77777777" w:rsidR="00AD35FD" w:rsidRDefault="00AD35FD">
            <w:pPr>
              <w:keepNext/>
            </w:pPr>
          </w:p>
        </w:tc>
        <w:tc>
          <w:tcPr>
            <w:tcW w:w="4818" w:type="dxa"/>
            <w:gridSpan w:val="3"/>
          </w:tcPr>
          <w:p w14:paraId="79596D03" w14:textId="77777777" w:rsidR="00AD35FD" w:rsidRDefault="003E1F48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76B7FC7B" w14:textId="77777777" w:rsidR="00AD35FD" w:rsidRDefault="00AD35FD">
            <w:pPr>
              <w:keepNext/>
            </w:pPr>
          </w:p>
        </w:tc>
        <w:tc>
          <w:tcPr>
            <w:tcW w:w="803" w:type="dxa"/>
          </w:tcPr>
          <w:p w14:paraId="0B5DE636" w14:textId="77777777" w:rsidR="00AD35FD" w:rsidRDefault="003E1F48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2C554BE8" w14:textId="77777777" w:rsidR="00AD35FD" w:rsidRDefault="00AD35FD">
            <w:pPr>
              <w:keepNext/>
            </w:pPr>
          </w:p>
        </w:tc>
        <w:tc>
          <w:tcPr>
            <w:tcW w:w="2409" w:type="dxa"/>
          </w:tcPr>
          <w:p w14:paraId="5F4DD626" w14:textId="77777777" w:rsidR="00AD35FD" w:rsidRDefault="003E1F48">
            <w:pPr>
              <w:keepNext/>
            </w:pPr>
            <w:r>
              <w:rPr>
                <w:b/>
                <w:color w:val="0D5F78"/>
              </w:rPr>
              <w:t>Bl. / sc. / et. / ap.</w:t>
            </w:r>
          </w:p>
          <w:p w14:paraId="481D6BF6" w14:textId="77777777" w:rsidR="00AD35FD" w:rsidRDefault="00AD35FD">
            <w:pPr>
              <w:keepNext/>
            </w:pPr>
          </w:p>
        </w:tc>
      </w:tr>
      <w:tr w:rsidR="00AD35FD" w14:paraId="45E2EB9D" w14:textId="77777777">
        <w:trPr>
          <w:cantSplit/>
          <w:trHeight w:val="510"/>
        </w:trPr>
        <w:tc>
          <w:tcPr>
            <w:tcW w:w="5621" w:type="dxa"/>
            <w:gridSpan w:val="3"/>
          </w:tcPr>
          <w:p w14:paraId="0946A25A" w14:textId="77777777" w:rsidR="00AD35FD" w:rsidRPr="007050CD" w:rsidRDefault="003E1F48">
            <w:pPr>
              <w:keepNext/>
              <w:rPr>
                <w:lang w:val="fr-FR"/>
              </w:rPr>
            </w:pPr>
            <w:r w:rsidRPr="007050CD">
              <w:rPr>
                <w:b/>
                <w:color w:val="0D5F78"/>
                <w:lang w:val="fr-FR"/>
              </w:rPr>
              <w:t>Număr cadastral</w:t>
            </w:r>
          </w:p>
          <w:p w14:paraId="75CF10B0" w14:textId="77777777" w:rsidR="00AD35FD" w:rsidRPr="007050CD" w:rsidRDefault="003E1F48">
            <w:pPr>
              <w:keepNext/>
              <w:rPr>
                <w:lang w:val="fr-FR"/>
              </w:rPr>
            </w:pPr>
            <w:r w:rsidRPr="007050CD">
              <w:rPr>
                <w:i/>
                <w:color w:val="7A7A7A"/>
                <w:lang w:val="fr-FR"/>
              </w:rPr>
              <w:t>dacă imobilul e înscris în e-Terra</w:t>
            </w:r>
          </w:p>
          <w:p w14:paraId="23C02068" w14:textId="77777777" w:rsidR="00AD35FD" w:rsidRPr="007050CD" w:rsidRDefault="00AD35FD">
            <w:pPr>
              <w:keepNext/>
              <w:rPr>
                <w:lang w:val="fr-FR"/>
              </w:rPr>
            </w:pPr>
          </w:p>
        </w:tc>
        <w:tc>
          <w:tcPr>
            <w:tcW w:w="4015" w:type="dxa"/>
            <w:gridSpan w:val="3"/>
          </w:tcPr>
          <w:p w14:paraId="1CA801FC" w14:textId="77777777" w:rsidR="00AD35FD" w:rsidRDefault="003E1F48">
            <w:pPr>
              <w:keepNext/>
            </w:pPr>
            <w:r>
              <w:rPr>
                <w:b/>
                <w:color w:val="0D5F78"/>
              </w:rPr>
              <w:t>Carte funciară nr.</w:t>
            </w:r>
          </w:p>
          <w:p w14:paraId="7460EFF8" w14:textId="77777777" w:rsidR="00AD35FD" w:rsidRDefault="00AD35FD">
            <w:pPr>
              <w:keepNext/>
            </w:pPr>
          </w:p>
        </w:tc>
      </w:tr>
    </w:tbl>
    <w:p w14:paraId="4310081F" w14:textId="77777777" w:rsidR="00AD35FD" w:rsidRDefault="00AD35FD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7227"/>
        <w:gridCol w:w="2409"/>
      </w:tblGrid>
      <w:tr w:rsidR="00AD35FD" w14:paraId="00876DD1" w14:textId="77777777">
        <w:trPr>
          <w:cantSplit/>
        </w:trPr>
        <w:tc>
          <w:tcPr>
            <w:tcW w:w="9636" w:type="dxa"/>
            <w:gridSpan w:val="2"/>
            <w:shd w:val="clear" w:color="auto" w:fill="F4F4F4"/>
          </w:tcPr>
          <w:p w14:paraId="591472DD" w14:textId="77777777" w:rsidR="00AD35FD" w:rsidRDefault="003E1F48">
            <w:pPr>
              <w:keepNext/>
            </w:pPr>
            <w:r>
              <w:rPr>
                <w:b/>
                <w:sz w:val="16"/>
              </w:rPr>
              <w:t xml:space="preserve"> 5. </w:t>
            </w:r>
            <w:r>
              <w:rPr>
                <w:b/>
                <w:color w:val="000000"/>
                <w:sz w:val="18"/>
              </w:rPr>
              <w:t>CONVOCAREA COMISIEI DE RECEPȚIE</w:t>
            </w:r>
          </w:p>
        </w:tc>
      </w:tr>
      <w:tr w:rsidR="00AD35FD" w14:paraId="1EE75B4F" w14:textId="77777777">
        <w:trPr>
          <w:cantSplit/>
          <w:trHeight w:val="510"/>
        </w:trPr>
        <w:tc>
          <w:tcPr>
            <w:tcW w:w="7227" w:type="dxa"/>
          </w:tcPr>
          <w:p w14:paraId="668CA31F" w14:textId="77777777" w:rsidR="00AD35FD" w:rsidRPr="007050CD" w:rsidRDefault="003E1F48">
            <w:pPr>
              <w:rPr>
                <w:lang w:val="fr-FR"/>
              </w:rPr>
            </w:pPr>
            <w:r w:rsidRPr="007050CD">
              <w:rPr>
                <w:b/>
                <w:color w:val="0D5F78"/>
                <w:lang w:val="fr-FR"/>
              </w:rPr>
              <w:t>Se convoacă comisia de recepție la terminarea lucrărilor, la data</w:t>
            </w:r>
          </w:p>
          <w:p w14:paraId="3C5ABEF2" w14:textId="77777777" w:rsidR="00AD35FD" w:rsidRPr="007050CD" w:rsidRDefault="00AD35FD">
            <w:pPr>
              <w:rPr>
                <w:lang w:val="fr-FR"/>
              </w:rPr>
            </w:pPr>
          </w:p>
        </w:tc>
        <w:tc>
          <w:tcPr>
            <w:tcW w:w="2409" w:type="dxa"/>
          </w:tcPr>
          <w:p w14:paraId="005C1153" w14:textId="77777777" w:rsidR="00AD35FD" w:rsidRDefault="003E1F48">
            <w:r>
              <w:rPr>
                <w:b/>
                <w:color w:val="0D5F78"/>
              </w:rPr>
              <w:t>ora</w:t>
            </w:r>
          </w:p>
          <w:p w14:paraId="67115499" w14:textId="77777777" w:rsidR="00AD35FD" w:rsidRDefault="00AD35FD"/>
        </w:tc>
      </w:tr>
    </w:tbl>
    <w:p w14:paraId="2CA6B2E0" w14:textId="77777777" w:rsidR="00AD35FD" w:rsidRDefault="00AD35FD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4818"/>
        <w:gridCol w:w="3212"/>
      </w:tblGrid>
      <w:tr w:rsidR="00AD35FD" w14:paraId="4DA3EAB4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122918AA" w14:textId="77777777" w:rsidR="00AD35FD" w:rsidRDefault="003E1F48">
            <w:pPr>
              <w:keepNext/>
            </w:pPr>
            <w:r>
              <w:rPr>
                <w:b/>
                <w:sz w:val="16"/>
              </w:rPr>
              <w:t xml:space="preserve"> 6. </w:t>
            </w:r>
            <w:r>
              <w:rPr>
                <w:b/>
                <w:color w:val="000000"/>
                <w:sz w:val="18"/>
              </w:rPr>
              <w:t>DATA ȘI SEMNĂTURA</w:t>
            </w:r>
          </w:p>
        </w:tc>
      </w:tr>
      <w:tr w:rsidR="00AD35FD" w14:paraId="70E41EEA" w14:textId="77777777">
        <w:trPr>
          <w:cantSplit/>
          <w:trHeight w:val="510"/>
        </w:trPr>
        <w:tc>
          <w:tcPr>
            <w:tcW w:w="1606" w:type="dxa"/>
          </w:tcPr>
          <w:p w14:paraId="246FD708" w14:textId="77777777" w:rsidR="00AD35FD" w:rsidRDefault="003E1F48">
            <w:r>
              <w:rPr>
                <w:b/>
                <w:color w:val="0D5F78"/>
              </w:rPr>
              <w:t>Data</w:t>
            </w:r>
          </w:p>
          <w:p w14:paraId="71990700" w14:textId="77777777" w:rsidR="00AD35FD" w:rsidRDefault="00AD35FD"/>
        </w:tc>
        <w:tc>
          <w:tcPr>
            <w:tcW w:w="4818" w:type="dxa"/>
          </w:tcPr>
          <w:p w14:paraId="16AE7494" w14:textId="77777777" w:rsidR="00AD35FD" w:rsidRDefault="003E1F48">
            <w:r>
              <w:rPr>
                <w:b/>
                <w:color w:val="0D5F78"/>
              </w:rPr>
              <w:t>Titularul autorizației</w:t>
            </w:r>
          </w:p>
          <w:p w14:paraId="3DBB02B2" w14:textId="77777777" w:rsidR="00AD35FD" w:rsidRDefault="00AD35FD"/>
        </w:tc>
        <w:tc>
          <w:tcPr>
            <w:tcW w:w="3212" w:type="dxa"/>
          </w:tcPr>
          <w:p w14:paraId="4A633198" w14:textId="77777777" w:rsidR="00AD35FD" w:rsidRDefault="003E1F48">
            <w:r>
              <w:rPr>
                <w:b/>
                <w:color w:val="0D5F78"/>
              </w:rPr>
              <w:t>Semnătura</w:t>
            </w:r>
          </w:p>
          <w:p w14:paraId="5A726045" w14:textId="77777777" w:rsidR="00AD35FD" w:rsidRDefault="00AD35FD"/>
        </w:tc>
      </w:tr>
    </w:tbl>
    <w:p w14:paraId="7A82EDC4" w14:textId="77777777" w:rsidR="00AD35FD" w:rsidRDefault="00AD35FD">
      <w:pPr>
        <w:spacing w:line="168" w:lineRule="auto"/>
      </w:pPr>
    </w:p>
    <w:sectPr w:rsidR="00AD35FD" w:rsidSect="00034616">
      <w:footerReference w:type="default" r:id="rId10"/>
      <w:pgSz w:w="11906" w:h="16838"/>
      <w:pgMar w:top="567" w:right="1134" w:bottom="454" w:left="1134" w:header="720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2417AC" w14:textId="77777777" w:rsidR="00B02672" w:rsidRDefault="00B02672">
      <w:r>
        <w:separator/>
      </w:r>
    </w:p>
  </w:endnote>
  <w:endnote w:type="continuationSeparator" w:id="0">
    <w:p w14:paraId="03C28162" w14:textId="77777777" w:rsidR="00B02672" w:rsidRDefault="00B026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6F1F6F" w14:textId="0FB3DE75" w:rsidR="00AD35FD" w:rsidRDefault="003E1F48">
    <w:pPr>
      <w:pStyle w:val="Footer"/>
      <w:tabs>
        <w:tab w:val="right" w:pos="9639"/>
      </w:tabs>
    </w:pPr>
    <w:r>
      <w:rPr>
        <w:color w:val="595959"/>
      </w:rPr>
      <w:t>F_A_</w:t>
    </w:r>
    <w:r w:rsidR="005E6036">
      <w:rPr>
        <w:color w:val="595959"/>
      </w:rPr>
      <w:t>10</w:t>
    </w:r>
    <w:r>
      <w:rPr>
        <w:color w:val="595959"/>
      </w:rPr>
      <w:t xml:space="preserve"> · versiunea 1.0</w:t>
    </w:r>
    <w:r>
      <w:rPr>
        <w:color w:val="595959"/>
      </w:rPr>
      <w:tab/>
      <w:t xml:space="preserve">pagina </w:t>
    </w:r>
    <w:r>
      <w:rPr>
        <w:color w:val="595959"/>
      </w:rPr>
      <w:fldChar w:fldCharType="begin"/>
    </w:r>
    <w:r>
      <w:rPr>
        <w:color w:val="595959"/>
      </w:rPr>
      <w:instrText xml:space="preserve"> PAGE </w:instrText>
    </w:r>
    <w:r>
      <w:rPr>
        <w:color w:val="595959"/>
      </w:rPr>
      <w:fldChar w:fldCharType="separate"/>
    </w:r>
    <w:r w:rsidR="00FB1B94">
      <w:rPr>
        <w:noProof/>
        <w:color w:val="595959"/>
      </w:rPr>
      <w:t>1</w:t>
    </w:r>
    <w:r>
      <w:rPr>
        <w:color w:val="595959"/>
      </w:rPr>
      <w:fldChar w:fldCharType="end"/>
    </w:r>
    <w:r>
      <w:rPr>
        <w:color w:val="595959"/>
      </w:rPr>
      <w:t xml:space="preserve"> din </w:t>
    </w:r>
    <w:r>
      <w:rPr>
        <w:color w:val="595959"/>
      </w:rPr>
      <w:fldChar w:fldCharType="begin"/>
    </w:r>
    <w:r>
      <w:rPr>
        <w:color w:val="595959"/>
      </w:rPr>
      <w:instrText xml:space="preserve"> NUMPAGES </w:instrText>
    </w:r>
    <w:r>
      <w:rPr>
        <w:color w:val="595959"/>
      </w:rPr>
      <w:fldChar w:fldCharType="separate"/>
    </w:r>
    <w:r w:rsidR="00FB1B94">
      <w:rPr>
        <w:noProof/>
        <w:color w:val="595959"/>
      </w:rPr>
      <w:t>1</w:t>
    </w:r>
    <w:r>
      <w:rPr>
        <w:color w:val="59595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639D8B" w14:textId="77777777" w:rsidR="00B02672" w:rsidRDefault="00B02672">
      <w:r>
        <w:separator/>
      </w:r>
    </w:p>
  </w:footnote>
  <w:footnote w:type="continuationSeparator" w:id="0">
    <w:p w14:paraId="3161086E" w14:textId="77777777" w:rsidR="00B02672" w:rsidRDefault="00B026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1D6E6F"/>
    <w:rsid w:val="0029639D"/>
    <w:rsid w:val="00326F90"/>
    <w:rsid w:val="003E1F48"/>
    <w:rsid w:val="005E6036"/>
    <w:rsid w:val="006C103E"/>
    <w:rsid w:val="007050CD"/>
    <w:rsid w:val="008E3393"/>
    <w:rsid w:val="00AA1D8D"/>
    <w:rsid w:val="00AC02FD"/>
    <w:rsid w:val="00AD35FD"/>
    <w:rsid w:val="00B02672"/>
    <w:rsid w:val="00B47730"/>
    <w:rsid w:val="00B769B5"/>
    <w:rsid w:val="00CB0664"/>
    <w:rsid w:val="00E61A6B"/>
    <w:rsid w:val="00FB1B9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7E384F2"/>
  <w14:defaultImageDpi w14:val="300"/>
  <w15:docId w15:val="{4A0E0516-4648-4975-808B-68AC65BFD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/>
      <w:sz w:val="15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sjbacau@csjbaca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0168B0F-1EDE-4ECB-B6C1-45C2D4255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Cornelia Munteanu</dc:creator>
  <cp:keywords/>
  <cp:lastModifiedBy>Cornelia Munteanu</cp:lastModifiedBy>
  <cp:revision>3</cp:revision>
  <dcterms:created xsi:type="dcterms:W3CDTF">2026-08-31T08:09:00Z</dcterms:created>
  <dcterms:modified xsi:type="dcterms:W3CDTF">2026-08-31T08:12:00Z</dcterms:modified>
  <cp:category/>
</cp:coreProperties>
</file>